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שרשרת החסד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שרשרת של מעשי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חוזר למי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כמה דמויות שונות שמעבירות הלאה את מעשה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הנושא המרכזי שמוזכר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כל קבוצה יכולה לדבר בשם הדמות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(הדמות שמתחילה את שרשרת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(דמות שממשיכה את מעשה הטוב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(דמות מבוגרת שמקבלת או נותנת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(דמות צעירה שנמצאת בשרשרת הטוב)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בפעילות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בסרטון ומתארים מי הן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ברגעים מסוימים וקוראים את הפרצופים כדי להבין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בוחרת דמות וכותבת לה כמה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מקרינים את הסרטון בלי קול וכל קבוצה מדבבת את הדמות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שהמשפטים מתאימים לרגש ולמצב של הדמות בסרטון, קצרים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המעשה חוזר בסוף למי שהתחיל אותו - שרשרת של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הפנים, העיניים, הידיים ושפת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שמתארת מעשה חסד קטן כמו עזרה, חיוך או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פעמיים - פעם אחת עם קול ופעם בלי קול לקראת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כדאי להסתפק במשפט אחד לדמות ובבחירת רגש מתוך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להשתמש במילים קצרות עם ניקוד כמו הוי לא או תודה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בסרטון בומרנג של טוב רואים מעשה טוב קטן שעובר מאדם לאדם ברחוב, עד שהוא חוזר בסוף למי שהתחיל אותו. הסרטון כמעט בלי מילים, ולכן אפשר לדבב אותו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טוב  ·  מילים  ·  אדם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הנושא המרכזי של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תחרות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שרשרת של מעשי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בנוי הסרטון מבחינת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הרבה דיאלוגים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רק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למעשה הטוב בסוף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חוזר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נשכח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יש הרבה דמויות ראשיות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הסרטון עוסק בערכים של חסד ונתינה.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לדבב את הסרטון צריך להקרין אותו בלי 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מעשה הטוב בסרטון עובר מאדם ל__________ עד שהוא חוזר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הסרטון כמעט בלי __________, ולכן אפשר לדבב אותו בקלות.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שם הסרטון הוא בומרנג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דמויות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דמות צעירה שנמצאת בשרשרת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דמות מבוגרת שמקבלת או נותנת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הדמות שמתחילה את שרשרת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ילד/ה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דמות שממשיכה את מעשה הטוב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בפעילות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בוחרת דמות וכותבת לה כמה משפטים קצרים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מקרינים את הסרטון בלי קול וכל קבוצה מדבבת את הדמות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ברגעים מסוימים וקוראים את הפרצופים כדי להבין רגשות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בסרטון ומתארים מי הן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מהדמויות בסרטון וכתבו לה 2-4 משפטים שהיא אומרת ברגע מרכזי בסרטון. שימו לב לרגש שהדמות מביעה.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למעשה הטוב בסוף הסרטון?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אפשר לדעת מה דמות מרגישה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בומרנג של טוב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