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שרשרת החסד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רגשות של דמויות לפי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שורות דיבוב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שרשרת של מעשי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חוזר למי שהתחיל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לכל הגילים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להשתמש במילה פשוטה כמו ילד או כלב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דמויות שונות שמעבירות הלאה את מעשה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הנושא המרכזי שמוזכר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כל קבוצה יכולה לדבר בשם הדמות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להקליט את הדיבוב בטלפון של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סימנים שעוזרים לקרוא רגשות בלי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(הדמות שמתחילה את שרשרת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(דמות שממשיכה את מעשה הטוב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(דמות מבוגרת שמקבלת או נותנת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(דמות צעירה שנמצאת בשרשרת הטוב)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להוסיף אותו בכיתות גדולות כדי לספר את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ומתארים מי הן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ברגעים מסוימים וקוראים את הפרצופים כדי להבין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קבוצה בוחרת דמות וכותבת לה כמה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מקרינים את הסרטון בלי קול וכל קבוצה מדבבת את הדמות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לבדוק שהמשפטים מתאימים לרגש ולמצב של הדמות בסרטון, קצרים וברורים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לבדוק שהתלמיד מקשר בין מעשה טוב קטן להשפעה רחבה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המעשה חוזר בסוף למי שהתחיל אותו - שרשרת של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הבעות הפנים, העיניים, הידיים ושפת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שמתארת מעשה חסד קטן כמו עזרה, חיוך או נתינה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פעמיים - פעם אחת עם קול ופעם בלי קול לקראת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צעירות כדאי להסתפק במשפט אחד לדמות ובבחירת רגש מתוך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מומלץ להשתמש במילים קצרות עם ניקוד כמו הוי לא או תודה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בומרנג של טוב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רואים מעשה טוב קטן. הוא עובר מאדם לאדם. בסוף הוא חוזר למי שהתחיל. כמעט אין מילים בסרטון.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בומרנג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שחוזר למי שזרק אותו - כמו הטוב שחוזר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שעושים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משהו בלי לקבל בתמורה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של טוב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שממשיך מאדם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קול לדמות בסרט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הבעות פנים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שרואים בעיניים ובפה כדי לדעת מה מרגישים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או לקח שמבינים מהסיפור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שרשרת של מעשי חסד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הרבה דיאלוגים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רק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רק כתוביות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חוזר למי שהתחיל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נשכח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מבחין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לצפות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לפעוטות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מתחילים לתאר 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פסיכולוגית את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במילה פשוטה כמו ילד או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התיאור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יש הרבה דמויות ראשיות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הסרטון עוסק בערכים של חסד ונתינה.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לדבב את הסרטון צריך להקרין אותו בלי 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להקליט את הדיבוב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להבין מה דמות מרגישה אפשר להסתכל על העיניים והידיים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מעשה הטוב בסרטון עובר מאדם ל__________ עד שהוא חוזר בסוף.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הסרטון כמעט בלי __________, ולכן אפשר לדבב אותו בקלות.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הסרטון הוא בומרנג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לדעת מה דמות מרגישה אפשר להסתכל על הפרצוף וה__________.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שצופים ומתארים את הדמויות, כותבים להן כמה __________ בדיבוב.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להוסיף אותו בכיתות גדולות כדי לספר את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העובד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מבוגרת שמקבלת או נותנת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האישה המבוגרת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הדמות שמתחילה את שרשרת הטוב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ילד/ה ברחוב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דמות שממשיכה את מעשה הטוב ברחוב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דמות צעירה שנמצאת בשרשרת הטוב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מקרינים את הסרטון בלי קול וכל קבוצה מדבבת את הדמות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קבוצה בוחרת דמות וכותבת לה כמה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בסרטון ומתארים מי הן הדמויות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ברגעים מסוימים וקוראים את הפרצופים כדי להבין 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מהדמויות בסרטון וכתבו לה 2-4 משפטים שהיא אומרת ברגע מרכזי בסרטון. שימו לב לרגש שהדמות מביעה.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בכמה משפטים מה אתם לומדים מהסרטון על חשיבות הנתינה והעזרה לאחרים.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למעשה הטוב בסוף הסרטון?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מה דמות מרגישה בלי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טוב קטן שאפשר לעשות ברחוב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בומרנג של טוב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