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בומרנג של טוב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רעיון שרשרת החסד בסרטון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רגשות של דמויות לפי הבעות פנים ושפת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שורות דיבוב לדמות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שרשרת של מעשי חסד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כמעט בלי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חוזר למי שהתחיל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לכל הגילים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להשתמש במילה פשוטה כמו ילד או כלב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כמה דמויות שונות שמעבירות הלאה את מעשה הטוב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הנושא המרכזי שמוזכר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כל קבוצה יכולה לדבר בשם הדמות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להקליט את הדיבוב בטלפון של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אלה סימנים שעוזרים לקרוא רגשות בלי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דמויות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(הדמות שמתחילה את שרשרת הטוב)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(דמות שממשיכה את מעשה הטוב ברחוב)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(דמות מבוגרת שמקבלת או נותנת עזרה)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(דמות צעירה שנמצאת בשרשרת הטוב)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(אפשר להוסיף אותו בכיתות גדולות כדי לספר את הסיפור)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בפעילות הדיבוב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צופים בסרטון ומתארים מי הן 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עוצרים ברגעים מסוימים וקוראים את הפרצופים כדי להבין 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קבוצה בוחרת דמות וכותבת לה כמה משפטים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מקרינים את הסרטון בלי קול וכל קבוצה מדבבת את הדמות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לבדוק שהמשפטים מתאימים לרגש ולמצב של הדמות בסרטון, קצרים וברורים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- לבדוק שהתלמיד מקשר בין מעשה טוב קטן להשפעה רחבה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המעשה חוזר בסוף למי שהתחיל אותו - שרשרת של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הבעות הפנים, העיניים, הידיים ושפת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שמתארת מעשה חסד קטן כמו עזרה, חיוך או נתינה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הסרטון פעמיים - פעם אחת עם קול ופעם בלי קול לקראת הדיבוב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צעירות כדאי להסתפק במשפט אחד לדמות ובבחירת רגש מתוך תמונות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לעולים חדשים מומלץ להשתמש במילים קצרות עם ניקוד כמו הוי לא או תודה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בומרנג של טוב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בסרטון בומרנג של טוב רואים מעשה טוב קטן שעובר מאדם לאדם ברחוב, עד שהוא חוזר בסוף למי שהתחיל אותו. הסרטון כמעט בלי מילים, ולכן אפשר לדבב אותו בעצמנו.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הנושא המרכזי של הסרטון?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תחרות 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שרשרת של מעשי חסד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בניית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בנוי הסרטון מבחינת 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הרבה דיאלוגים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כמעט בלי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רק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רק כתוביות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למעשה הטוב בסוף הסרטון?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חוזר למי שהתחיל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נשכח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לא מבחין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לאיזה גיל מתאים הסרטון?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לפעוטות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לכל הגילים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לנוער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דרך טובה להתחיל לתאר דמות בכיתה ב׳?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לנתח פסיכולוגית את הדמות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להשתמש במילה פשוטה כמו ילד או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לדלג על התיאור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בסרטון יש הרבה דמויות ראשיות אחת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הסרטון עוסק בערכים של חסד ונתינה.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לדבב את הסרטון צריך להקרין אותו בלי קול.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להקליט את הדיבוב בכיתה.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להבין מה דמות מרגישה אפשר להסתכל על העיניים והידיים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מעשה הטוב בסרטון עובר מאדם ל__________ עד שהוא חוזר בסוף.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הסרטון כמעט בלי __________, ולכן אפשר לדבב אותו בקלות.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שם הסרטון הוא בומרנג של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לדעת מה דמות מרגישה אפשר להסתכל על הפרצוף וה__________.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אחרי שצופים ומתארים את הדמויות, כותבים להן כמה __________ בדיבוב.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דמויות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הנער הראשון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דמות צעירה שנמצאת בשרשרת הטוב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העובד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הדמות שמתחילה את שרשרת הטוב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האישה המבוגרת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אפשר להוסיף אותו בכיתות גדולות כדי לספר את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ילד/ה ברחוב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דמות מבוגרת שמקבלת או נותנת עזרה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קריין/ית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דמות שממשיכה את מעשה הטוב ברחוב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בפעילות הדיבוב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ברגעים מסוימים וקוראים את הפרצופים כדי להבין רגשות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צופים בסרטון ומתארים מי הן הדמויות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מקרינים את הסרטון בלי קול וכל קבוצה מדבבת את הדמות 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קבוצה בוחרת דמות וכותבת לה כמה משפטים קצרים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מהדמויות בסרטון וכתבו לה 2-4 משפטים שהיא אומרת ברגע מרכזי בסרטון. שימו לב לרגש שהדמות מביעה.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בכמה משפטים מה אתם לומדים מהסרטון על חשיבות הנתינה והעזרה לאחרים.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למעשה הטוב בסוף הסרטון?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לדעת מה דמות מרגישה בלי מילים?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למעשה טוב קטן שאפשר לעשות ברחוב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בומרנג של טוב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